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ערכים ומקורות הקשורים לאור ולחושך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מדליקים נרות בימי החורף החשוכים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משחק ולא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(ניצחון הטוב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(אירוע שקרה מעבר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(יכולת לעמוד מול קושי וסכנה)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(דאגה הדדית בין אנשים בקהילה)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גזרות על עם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יוצאים למרד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ניצחון המכבים ושחרור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פך שמן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המקשרת בין הסמל לחיי היומיום, כמו תקווה במצבים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הבנה של אחד הערכים: אור, תקווה, נס, אומץ או ערבות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לוח הקיר של כסליו ולחבר את השאלות לתכניו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בערך הנבחר בחלק הפתוח ולשתף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פריטים מסומנים skip_n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חודש כסליו הוא חודש החורף שבו חל חג החנוכה. בדף זה נתרגל מושגים, ערכים ומקורות הקשורים לחודש ולחג.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גבורה  ·  סביבון  ·  אור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מזל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חג חל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הוא חג האור בחושך החורף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קשור רק למאכלים של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הערך המרכזי של חנוכה קשור ל__________ שמנצח את החושך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חג הבנות מציין __________ ואומץ של נשים בתקופת החשמונאים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המשחק המסורתי בחנוכה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ערך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דאגה הדדית בין אנשים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אירוע שקרה מעבר לטבע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יכולת לעמוד מול קושי וסכנה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ניצחון הטוב על החושך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יוצאים למרד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ניצחון המכבים ושחרור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פך שמן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גוזרים גזרות על עם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המסביר מה המשמעות של 'אור בחושך' בימינו, לא רק בחנוכה.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מזל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