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מאפייני חודש כסליו ואת סיפור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ערכים ומקורות הקשורים לאור ולחושך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משפחות מילים הקשורות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יורה ומלקוש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מדליקים נרות בימי החורף החשוכים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הסביבון הוא משחק ולא מאכל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חג נוסף שחל בתקופת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לביבות הן מאכל מסורתי של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שתיהן נגזרות מאותו שורש ח־נ־ך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לביבות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ערך למשפט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(ניצחון הטוב על החושך)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(אירוע שקרה מעבר לטבע)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(יכולת לעמוד מול קושי וסכנה)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(דאגה הדדית בין אנשים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(אמונה שדברים טובים יבואו)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היוונים גוזרים גזרות על עם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המכבים יוצאים למרד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ניצחון המכבים ושחרור בית 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מוצאים פך שמן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השמן דולק שמונה ימים – הנס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המקשרת בין הסמל לחיי היומיום, כמו תקווה במצבים קשים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המדגימה את הערך הנבחר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המראה הבנה של אחד הערכים: אור, תקווה, נס, אומץ או ערבות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לוח הקיר של כסליו ולחבר את השאלות לתכניו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בערך הנבחר בחלק הפתוח ולשתף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פריטים מסומנים skip_n בהוראה 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כסליו הוא חודש בחורף. בחודש הזה חוגגים חנוכה. בדף נלמד מילים וסיפורים על החג.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יורה ומלקוש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שמות לגשמים בתחילת החורף ובסופו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מזל קשת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המזל של חודש כסליו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ערבות הדדית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של אנשים זה לזה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מסתובב שמשחקים בו בחנוכה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 הבנות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נוסף שחוגגות בו נשים וילדות בכסליו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נר נוסף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הנר השמש שמדליקים בו את שאר הנרות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יסוד המילה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שממנו נגזרות מילים במשפחה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מזל שייך לכסליו?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עקרב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חג חוגגים בכסליו?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נרות מדליקים בחג (בלי השמש)?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לנר המיוחד?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נר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אילו שמות גשם שייכים לתקופה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שלג וברד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יורה ומלקוש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טל וגשם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ערפל ורוח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 הוא חג האור בחושך החורף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הסביבון קשור רק למאכלים של החג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הבנות נחגג גם הוא בחודש כסליו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לביבות הן מאכל מסורתי של חג הפסח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חנוכה קשורה למשפחת המילה חינוך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הערך המרכזי של חנוכה קשור ל__________ שמנצח את החושך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חג הבנות מציין __________ ואומץ של נשים בתקופת החשמונאים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המשחק המסורתי בחנוכה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בחודש כסליו המזל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הנר שמדליקים בו את שאר הנרות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המאכל המסורתי המטוגן בשמן בחנוכה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ערך למשפט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יכולת לעמוד מול קושי וסכנה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דאגה הדדית בין אנשים בקהילה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ניצחון הטוב על החושך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אמונה שדברים טובים יבואו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אירוע שקרה מעבר לטבע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מוצאים פך שמן קטן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השמן דולק שמונה ימים – הנס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היוונים גוזרים גזרות על עם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המכבים יוצאים למרד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ניצחון המכבים ושחרור בית המקדש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 המסביר מה המשמעות של 'אור בחושך' בימינו, לא רק בחנוכה.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ערך אחד מפינת הערכים (אור, תקווה, נס, אומץ, ערבות הדדית) וכתבו דוגמה אישית שלו מהחיים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מזל חודש כסליו?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הנר שמדליקים בו את שאר הנרות?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ערך אחד הקשור לחנוכה והסבירו אותו במשפט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